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8"/>
        </w:rPr>
        <w:t>NOTICE OF CANCELLATION OF WHOLESALE AGREEMENT</w:t>
      </w:r>
    </w:p>
    <w:p>
      <w:r>
        <w:rPr>
          <w:sz w:val="20"/>
        </w:rPr>
        <w:t>Pennsylvania law: 63 P.S. § 455.610 (Act 52 of 2024)</w:t>
      </w:r>
    </w:p>
    <w:p>
      <w:pPr>
        <w:spacing w:before="160"/>
      </w:pPr>
      <w:r>
        <w:t>Date of this notice: ______________________</w:t>
      </w:r>
    </w:p>
    <w:p>
      <w:pPr>
        <w:spacing w:before="160"/>
      </w:pPr>
      <w:r>
        <w:rPr>
          <w:b/>
        </w:rPr>
        <w:t>TO</w:t>
      </w:r>
      <w:r>
        <w:t xml:space="preserve"> (the buyer as named in the agreement, and any assignee):</w:t>
      </w:r>
    </w:p>
    <w:p>
      <w:r>
        <w:t>____________________________________________________________</w:t>
      </w:r>
    </w:p>
    <w:p>
      <w:pPr>
        <w:spacing w:before="160"/>
      </w:pPr>
      <w:r>
        <w:t>Buyer's notice address or email, as written in the agreement:</w:t>
      </w:r>
    </w:p>
    <w:p>
      <w:r>
        <w:t>____________________________________________________________</w:t>
      </w:r>
    </w:p>
    <w:p>
      <w:pPr>
        <w:spacing w:before="160"/>
      </w:pPr>
      <w:r>
        <w:t>Broker or salesperson named in the agreement, if any:</w:t>
      </w:r>
    </w:p>
    <w:p>
      <w:r>
        <w:t>____________________________________________________________</w:t>
      </w:r>
    </w:p>
    <w:p>
      <w:pPr>
        <w:spacing w:before="160"/>
      </w:pPr>
      <w:r>
        <w:rPr>
          <w:b/>
        </w:rPr>
        <w:t>FROM</w:t>
      </w:r>
      <w:r>
        <w:t xml:space="preserve"> (every seller who signed the agreement):</w:t>
      </w:r>
    </w:p>
    <w:p>
      <w:r>
        <w:t>____________________________________________________________</w:t>
      </w:r>
    </w:p>
    <w:p>
      <w:pPr>
        <w:spacing w:before="160"/>
      </w:pPr>
      <w:r>
        <w:rPr>
          <w:b/>
        </w:rPr>
        <w:t>PROPERTY</w:t>
      </w:r>
    </w:p>
    <w:p>
      <w:r>
        <w:t>Street address: _____________________________________________</w:t>
      </w:r>
    </w:p>
    <w:p>
      <w:r>
        <w:t>Municipality: ____________________  County: ___________, PA</w:t>
      </w:r>
    </w:p>
    <w:p>
      <w:r>
        <w:t>Tax parcel number: __________________________________________</w:t>
      </w:r>
    </w:p>
    <w:p>
      <w:pPr>
        <w:spacing w:before="160"/>
      </w:pPr>
      <w:r>
        <w:rPr>
          <w:b/>
        </w:rPr>
        <w:t>THE AGREEMENT</w:t>
      </w:r>
    </w:p>
    <w:p>
      <w:r>
        <w:t>Agreement of sale dated: ______________________</w:t>
      </w:r>
    </w:p>
    <w:p>
      <w:r>
        <w:t>Date I/we signed it: ______________________</w:t>
      </w:r>
    </w:p>
    <w:p>
      <w:pPr>
        <w:spacing w:before="160"/>
      </w:pPr>
      <w:r>
        <w:rPr>
          <w:b/>
        </w:rPr>
        <w:t>CANCELLATION</w:t>
      </w:r>
    </w:p>
    <w:p>
      <w:r>
        <w:t>I/We cancel this agreement of sale under 63 P.S. § 455.610.</w:t>
      </w:r>
    </w:p>
    <w:p>
      <w:r>
        <w:t>The law says this right "shall not be waivable."</w:t>
      </w:r>
    </w:p>
    <w:p>
      <w:pPr>
        <w:spacing w:before="160"/>
      </w:pPr>
      <w:r>
        <w:t>This is a wholesale transaction because (check all that apply):</w:t>
      </w:r>
    </w:p>
    <w:p>
      <w:pPr>
        <w:ind w:left="432" w:hanging="432"/>
      </w:pPr>
      <w:r>
        <w:t>☐  The agreement says it is a wholesale transaction.</w:t>
      </w:r>
    </w:p>
    <w:p>
      <w:pPr>
        <w:ind w:left="432" w:hanging="432"/>
      </w:pPr>
      <w:r>
        <w:t>☐  You told me/us you would assign or sell the agreement, or find another buyer for the property.</w:t>
      </w:r>
    </w:p>
    <w:p>
      <w:pPr>
        <w:ind w:left="432" w:hanging="432"/>
      </w:pPr>
      <w:r>
        <w:t>☐  You have shown or advertised the property to other buyers.</w:t>
      </w:r>
    </w:p>
    <w:p>
      <w:pPr>
        <w:ind w:left="432" w:hanging="432"/>
      </w:pPr>
      <w:r>
        <w:t>☐  Other: __________________________________________________</w:t>
      </w:r>
    </w:p>
    <w:p>
      <w:pPr>
        <w:spacing w:before="160"/>
      </w:pPr>
      <w:r>
        <w:t>This notice is on time because (check all that apply):</w:t>
      </w:r>
    </w:p>
    <w:p>
      <w:pPr>
        <w:ind w:left="432" w:hanging="432"/>
      </w:pPr>
      <w:r>
        <w:t>☐  It is sent before midnight of the 30th day after the date I/we signed the agreement, and before closing.</w:t>
      </w:r>
    </w:p>
    <w:p>
      <w:pPr>
        <w:ind w:left="432" w:hanging="432"/>
      </w:pPr>
      <w:r>
        <w:t>☐  The agreement does not contain the statements required by 63 P.S. § 455.610(e), so it "may be canceled at any time prior to conveyance."</w:t>
      </w:r>
    </w:p>
    <w:p>
      <w:pPr>
        <w:spacing w:before="160"/>
      </w:pPr>
      <w:r>
        <w:rPr>
          <w:b/>
        </w:rPr>
        <w:t>WHAT THE LAW REQUIRES NEXT</w:t>
      </w:r>
    </w:p>
    <w:p>
      <w:r>
        <w:t>Within ten business days after you receive this notice, refund all payments of any kind I/we made, and send me/us a written acknowledgment that the agreement is void (63 P.S. § 455.610(c)). I/We are not liable for any damages for cancelling (63 P.S. § 455.610(d)).</w:t>
      </w:r>
    </w:p>
    <w:p>
      <w:pPr>
        <w:spacing w:before="160"/>
      </w:pPr>
      <w:r>
        <w:t>Please also:</w:t>
      </w:r>
    </w:p>
    <w:p>
      <w:pPr>
        <w:ind w:left="432" w:hanging="288"/>
      </w:pPr>
      <w:r>
        <w:t>•  Sign a release of any memorandum or other document recorded against the property (instrument number: ____________).</w:t>
      </w:r>
    </w:p>
    <w:p>
      <w:pPr>
        <w:ind w:left="432" w:hanging="288"/>
      </w:pPr>
      <w:r>
        <w:t>•  Stop marketing the property.</w:t>
      </w:r>
    </w:p>
    <w:p>
      <w:pPr>
        <w:ind w:left="432" w:hanging="288"/>
      </w:pPr>
      <w:r>
        <w:t>•  Return any keys, lockbox codes or documents.</w:t>
      </w:r>
    </w:p>
    <w:p>
      <w:pPr>
        <w:spacing w:before="160"/>
      </w:pPr>
      <w:r>
        <w:rPr>
          <w:b/>
        </w:rPr>
        <w:t>HOW IT WAS SENT</w:t>
      </w:r>
      <w:r>
        <w:t xml:space="preserve"> (check each method used; keep every receipt)</w:t>
      </w:r>
    </w:p>
    <w:p>
      <w:pPr>
        <w:ind w:left="432" w:hanging="432"/>
      </w:pPr>
      <w:r>
        <w:t>☐  Certified mail, return receipt requested. Tracking number: ______________________________</w:t>
      </w:r>
    </w:p>
    <w:p>
      <w:pPr>
        <w:ind w:left="432" w:hanging="432"/>
      </w:pPr>
      <w:r>
        <w:t>☐  Email to ________________________ on ____________ (date)</w:t>
      </w:r>
    </w:p>
    <w:p>
      <w:pPr>
        <w:ind w:left="432" w:hanging="432"/>
      </w:pPr>
      <w:r>
        <w:t>☐  Hand delivery to __________________ on ____________ (date), signed receipt attached</w:t>
      </w:r>
    </w:p>
    <w:p>
      <w:pPr>
        <w:ind w:left="432" w:hanging="432"/>
      </w:pPr>
      <w:r>
        <w:t>☐  Other delivery with a receipt: ______________________</w:t>
      </w:r>
    </w:p>
    <w:p>
      <w:pPr>
        <w:spacing w:before="160"/>
      </w:pPr>
      <w:r>
        <w:rPr>
          <w:b/>
        </w:rPr>
        <w:t>SELLER SIGNATURES</w:t>
      </w:r>
    </w:p>
    <w:p>
      <w:r>
        <w:t>Signature: ____________________________  Date: ____________</w:t>
      </w:r>
    </w:p>
    <w:p>
      <w:r>
        <w:t>Printed name: ______________________________________</w:t>
      </w:r>
    </w:p>
    <w:p>
      <w:pPr>
        <w:spacing w:before="160"/>
      </w:pPr>
      <w:r>
        <w:t>Signature: ____________________________  Date: ____________</w:t>
      </w:r>
    </w:p>
    <w:p>
      <w:r>
        <w:t>Printed name: ______________________________________</w:t>
      </w:r>
    </w:p>
    <w:p>
      <w:pPr>
        <w:spacing w:before="160"/>
      </w:pPr>
      <w:r>
        <w:t>Phone and email for the refund and acknowledgment:</w:t>
      </w:r>
    </w:p>
    <w:p>
      <w:r>
        <w:t>____________________________________________________________</w:t>
      </w:r>
    </w:p>
    <w:p>
      <w:pPr>
        <w:spacing w:before="160"/>
      </w:pPr>
      <w:r>
        <w:t>Form text current as of November 2026. General information, not legal advice. If you are not sure this law applies to your agreement, talk to a Pennsylvania real estate attorney before you send this notice.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